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Montescudo - Monte Colombo</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3</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030452984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Montescudo - Monte Colombo,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3,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entrate tributarie / entrate totali)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3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1388362"/>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20000" cy="138836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20,8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1522228"/>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1522228"/>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2.567.312 €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125.140 €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2.628.059 €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125.464 €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2.820.945 €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2.943.598 €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118.306 €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2.873.135 €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176.157 €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Montescudo - Monte Colombo,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3,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Montescudo - Monte Colombo,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Montescudo - Monte Colombo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2026-09-26T18:32:25Z</dcterms:created>
  <dcterms:modified xsi:type="dcterms:W3CDTF">2026-09-26T18:32:25Z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