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Cornovecchio</w:t>
      </w:r>
    </w:p>
    <w:p>
      <w:pPr>
        <w:spacing w:after="200" w:before="0"/>
      </w:pPr>
      <w:r>
        <w:rPr>
          <w:rFonts w:ascii="Calibri" w:hAnsi="Calibri" w:eastAsia="Calibri" w:cs="Calibri"/>
          <w:b w:val="0"/>
          <w:i w:val="0"/>
          <w:color w:val="656665"/>
          <w:sz w:val="21"/>
        </w:rPr>
        <w:t>Lodi  ·  Lombardia  ·  195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D029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098023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011142016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Cornovecchio,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195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Lodi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D029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1992.</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0,51 %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1.901,0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563,0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2.434,0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1.901,0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2.062,0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2.046,0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65,7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104,5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228.641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140.367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48.347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222.525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163.468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53.514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232.942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186.798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56.601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29,1%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9.431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18,9%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45.767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9.110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24,6%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32.571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30.707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31,4%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23.734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34,9%</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207.065 €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196.752 €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4.193 €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188.714 €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216.982 €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2.619 €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243.398 €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1.886 €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1.901,0 €/ab,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42,0 %, contro mediana fascia 78,7.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39,7 %, contro mediana fascia 21,0.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-29,2 %,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19,4 %, contro mediana fascia 54,3.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13,3 %, contro mediana fascia 41,0.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Cornovecchio,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Cornovecchio,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Cornovecchio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2026-09-26T20:03:09Z</dcterms:created>
  <dcterms:modified xsi:type="dcterms:W3CDTF">2026-09-26T20:03:09Z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