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Corno Giovine</w:t>
      </w:r>
    </w:p>
    <w:p>
      <w:pPr>
        <w:spacing w:after="200" w:before="0"/>
      </w:pPr>
      <w:r>
        <w:rPr>
          <w:rFonts w:ascii="Calibri" w:hAnsi="Calibri" w:eastAsia="Calibri" w:cs="Calibri"/>
          <w:b w:val="0"/>
          <w:i w:val="0"/>
          <w:color w:val="656665"/>
          <w:sz w:val="21"/>
        </w:rPr>
        <w:t>Lodi  ·  Lombardia  ·  1.134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D028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098022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011142005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Corno Giovine,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1.134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Lodi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D028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819,0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607.794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543.396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63.959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128.101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102.596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47.676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80,1%</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607.356 €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31.036 €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819,0 €/ab, contro mediana fascia 1.339,0.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54,0 %, contro mediana fascia 27,9.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31,8.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4,2 %, contro mediana fascia 26,8.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Corno Giovine,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Corno Giovine,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Corno Giovine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2026-09-26T14:27:22Z</dcterms:created>
  <dcterms:modified xsi:type="dcterms:W3CDTF">2026-09-26T14:27:22Z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