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Santadi</w:t>
      </w:r>
    </w:p>
    <w:p>
      <w:pPr>
        <w:spacing w:after="200" w:before="0"/>
      </w:pPr>
      <w:r>
        <w:rPr>
          <w:rFonts w:ascii="Calibri" w:hAnsi="Calibri" w:eastAsia="Calibri" w:cs="Calibri"/>
          <w:b w:val="0"/>
          <w:i w:val="0"/>
          <w:color w:val="656665"/>
          <w:sz w:val="21"/>
        </w:rPr>
        <w:t>Sud Sardegna  ·  Sardegna  ·  3.054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I182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111068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011140438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Santadi,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3.054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Sud Sardegna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Sardegna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I182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3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015402"/>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015402"/>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1.588,0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1.211,0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1.588,0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1.561,0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20,4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249,0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1.008.758 €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41.280 €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1.124.962 €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33.781 €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1.119.763 €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28.979 €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1.069.527 €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24.827 €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1.292.706 €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21.718 €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26,7 %, contro mediana fascia 44,4.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20,8 %, contro mediana fascia 15,3.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22,9 %, contro mediana fascia 14,2.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8,2 dip/1000ab, contro mediana fascia 4,2.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Santadi,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3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Santadi,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Santadi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2026-09-26T16:10:28Z</dcterms:created>
  <dcterms:modified xsi:type="dcterms:W3CDTF">2026-09-26T16:10:28Z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