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Osidda</w:t>
      </w:r>
    </w:p>
    <w:p>
      <w:pPr>
        <w:spacing w:after="200" w:before="0"/>
      </w:pPr>
      <w:r>
        <w:rPr>
          <w:rFonts w:ascii="Calibri" w:hAnsi="Calibri" w:eastAsia="Calibri" w:cs="Calibri"/>
          <w:b w:val="0"/>
          <w:i w:val="0"/>
          <w:color w:val="656665"/>
          <w:sz w:val="21"/>
        </w:rPr>
        <w:t>Nuoro  ·  Sardegna  ·  214 abitanti</w:t>
      </w:r>
    </w:p>
    <w:p>
      <w:pPr>
        <w:spacing w:after="160" w:before="0"/>
      </w:pPr>
      <w:r>
        <w:rPr>
          <w:rFonts w:ascii="Calibri" w:hAnsi="Calibri" w:eastAsia="Calibri" w:cs="Calibri"/>
          <w:b w:val="0"/>
          <w:i w:val="0"/>
          <w:color w:val="333333"/>
          <w:sz w:val="21"/>
        </w:rPr>
        <w:t>Allegato al Rendiconto della gestione, esercizio finanziario 2022.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ATTENZIONE</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 su 3</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30/04/2023</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G154</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091068</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011136858</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2022</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30/04/2023</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2022 ai sensi degli artt. 151 e 227 del D.Lgs. 18 agosto 2000 n. 267 (TUEL) e si propone di rappresentare in modo sintetico, ma analiticamente fondato, lo stato di salute finanziaria dell'ente, Comune di Osidda,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214</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fino a 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4</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Nuoro</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Sardegna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G154</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09530"/>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Esito complessivo: ATTENZIONE</w:t>
            </w:r>
          </w:p>
          <w:p>
            <w:pPr>
              <w:spacing w:after="40"/>
              <w:jc w:val="both"/>
            </w:pPr>
            <w:r>
              <w:rPr>
                <w:rFonts w:ascii="Calibri" w:hAnsi="Calibri" w:eastAsia="Calibri" w:cs="Calibri"/>
                <w:b w:val="0"/>
                <w:i w:val="0"/>
                <w:color w:val="333333"/>
                <w:sz w:val="20"/>
              </w:rPr>
              <w:t>L'Ente NON è deficitario ai sensi dell'art. 242 TUEL (1 parametri critici su 3, soglia di deficitarietà strutturale fissata a 5 parametri su 10). Sono peraltro presenti aree di attenzione che richiedono il monitoraggio continuo, oggetto delle azioni correttive descritte nella sezione F.</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2022</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7,80 %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(proxy: spesa personale + interessi / entrate totali)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8,80 %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(proxy: entrate tributarie / entrate totali)</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Anticipazioni di tesoreria chiuse solo contabilmente - dato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0,38 %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(interessi passivi / entrate di cassa)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Disavanzo / entrate correnti - dato risultato di amministrazione non disponibile per questo anno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Debiti fuori bilancio riconosciuti / entrate correnti - dato specifico non disponibile in fonti open data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Debiti in riconoscimento / entrate correnti - dato specifico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Totale riscossioni / totale accertamenti - rendiconto BDAP non disponibile</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Rendiconto BDAP non disponibile</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Esito Sezione A</w:t>
            </w:r>
          </w:p>
          <w:p>
            <w:pPr>
              <w:spacing w:after="40"/>
              <w:jc w:val="both"/>
            </w:pPr>
            <w:r>
              <w:rPr>
                <w:rFonts w:ascii="Calibri" w:hAnsi="Calibri" w:eastAsia="Calibri" w:cs="Calibri"/>
                <w:b w:val="0"/>
                <w:i w:val="0"/>
                <w:color w:val="333333"/>
                <w:sz w:val="20"/>
              </w:rPr>
              <w:t xml:space="preserve">Su 3 parametri calcolabili, 1 risulta critico.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015402"/>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3015402"/>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2022</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10.312,0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2.808,0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3.308,0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28,7</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21,6</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12,4</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13,8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28,9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23,2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18,4</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11,9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11,9</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2020 → 2022</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66,5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18,7</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83,3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67,5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1 su 2 organismi partecipati presentano risultato d'esercizio negativo (censimento MEF 2022).</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2022</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2805"/>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6120000" cy="2742805"/>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6.520,0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10.312,0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+58,2%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7.159,0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6.219,0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-13,1%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6,8</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-34,0%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11,6</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7,8</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-32,8%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7,4</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-33,9%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158,0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141,0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-10,8%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250925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5940000" cy="2509252"/>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pStyle w:val="Heading2"/>
      </w:pPr>
      <w:r>
        <w:rPr>
          <w:rFonts w:ascii="Calibri" w:hAnsi="Calibri" w:eastAsia="Calibri" w:cs="Calibri"/>
          <w:b/>
          <w:i w:val="0"/>
          <w:color w:val="1A396B"/>
          <w:sz w:val="24"/>
        </w:rPr>
        <w:t>7.1  Composizione delle entrate, anno 2022</w:t>
      </w:r>
    </w:p>
    <w:p>
      <w:pPr>
        <w:spacing w:after="40" w:before="80"/>
        <w:jc w:val="center"/>
      </w:pPr>
      <w:r>
        <w:drawing>
          <wp:inline xmlns:a="http://schemas.openxmlformats.org/drawingml/2006/main" xmlns:pic="http://schemas.openxmlformats.org/drawingml/2006/picture">
            <wp:extent cx="5040000" cy="3686183"/>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040000" cy="3686183"/>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2018</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100.146 €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16.010 €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15,99%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superato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2019</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160.550 €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13.713 €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8,54%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2020</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130.123 €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11.421 €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8,78%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143.217 €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5.191 €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3,62%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149.184 €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8.376 €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5,61%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6,8 %, contro mediana fascia 28,7.</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Rafforzare le entrate proprie, ridurre la dipendenza da trasferimenti statali/regionali.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Incidenza Beni e Servizi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28,9 %, contro mediana fascia 23,2.</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Rivedere i contratti di fornitura, razionalizzare gli acquisti tramite centrali di committenza, verificare le concessioni di servizi.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Dipendenti per 1000 abitanti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18,7 dip/1000ab, contro mediana fascia 7,3.</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Verificare il piano dei fabbisogni, razionalizzare la dotazione organica, favorire la digitalizzazione dei servizi.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Osidda, alla chiusura dell'esercizio 2022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Conclusione di sintesi</w:t>
            </w:r>
          </w:p>
          <w:p>
            <w:pPr>
              <w:spacing w:after="40"/>
              <w:jc w:val="both"/>
            </w:pPr>
            <w:r>
              <w:rPr>
                <w:rFonts w:ascii="Calibri" w:hAnsi="Calibri" w:eastAsia="Calibri" w:cs="Calibri"/>
                <w:b w:val="0"/>
                <w:i w:val="0"/>
                <w:color w:val="333333"/>
                <w:sz w:val="20"/>
              </w:rPr>
              <w:t>L'Ente NON è deficitario ai sensi dell'art. 242 TUEL (1 parametri critici su 3, soglia di deficitarietà strutturale fissata a 5 parametri su 10). Sono peraltro presenti aree di attenzione che richiedono il monitoraggio continuo, oggetto delle azioni correttive descritte nella sezione F.</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Osidda,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2022  ·  Comune di Osidda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2026-09-26T19:09:47Z</dcterms:created>
  <dcterms:modified xsi:type="dcterms:W3CDTF">2026-09-26T19:09:47Z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