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Lasino</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DATI PARZIALI</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0</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011118340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Lasino,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DATI PARZIALI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Rapporto tra spese rigide (personale + debito) ed entrate correnti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Riscossione competenza entrate proprie / previsioni definitive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Interessi passivi / entrate correnti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0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1008679"/>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Lasino,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Non sono attualmente disponibili dati sufficienti per il calcolo dei parametri di deficitarietà strutturale. La presente relazione si limita alla rappresentazione delle informazioni desumibili da SIOPE e dai questionari della Sezione Autonomie.</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Lasino,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Lasino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2026-09-26T17:00:19Z</dcterms:created>
  <dcterms:modified xsi:type="dcterms:W3CDTF">2026-09-26T17:00:19Z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