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Torrita di Siena</w:t>
      </w:r>
    </w:p>
    <w:p>
      <w:pPr>
        <w:spacing w:after="200" w:before="0"/>
      </w:pPr>
      <w:r>
        <w:rPr>
          <w:rFonts w:ascii="Calibri" w:hAnsi="Calibri" w:eastAsia="Calibri" w:cs="Calibri"/>
          <w:b w:val="0"/>
          <w:i w:val="0"/>
          <w:color w:val="656665"/>
          <w:sz w:val="21"/>
        </w:rPr>
        <w:t>Siena  ·  Toscana  ·  6.957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ATTENZIONE</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L303</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052035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011117793</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Torrita di Siena,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6.957</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5.000-9.999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36</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Siena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Toscana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L303</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09530"/>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complessivo: ATTENZIONE</w:t>
            </w:r>
          </w:p>
          <w:p>
            <w:pPr>
              <w:spacing w:after="40"/>
              <w:jc w:val="both"/>
            </w:pPr>
            <w:r>
              <w:rPr>
                <w:rFonts w:ascii="Calibri" w:hAnsi="Calibri" w:eastAsia="Calibri" w:cs="Calibri"/>
                <w:b w:val="0"/>
                <w:i w:val="0"/>
                <w:color w:val="333333"/>
                <w:sz w:val="20"/>
              </w:rPr>
              <w:t>L'Ente NON è deficitario ai sensi dell'art. 242 TUEL (1 parametri critici su 6, soglia di deficitarietà strutturale fissata a 5 parametri su 10). Sono peraltro presenti aree di attenzione che richiedono il monitoraggio continuo, oggetto delle azioni correttive descritte nella sezione F.</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12,10 %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75,50 %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2,47 %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104,80 %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Sezione A</w:t>
            </w:r>
          </w:p>
          <w:p>
            <w:pPr>
              <w:spacing w:after="40"/>
              <w:jc w:val="both"/>
            </w:pPr>
            <w:r>
              <w:rPr>
                <w:rFonts w:ascii="Calibri" w:hAnsi="Calibri" w:eastAsia="Calibri" w:cs="Calibri"/>
                <w:b w:val="0"/>
                <w:i w:val="0"/>
                <w:color w:val="333333"/>
                <w:sz w:val="20"/>
              </w:rPr>
              <w:t xml:space="preserve">Su 6 parametri calcolabili, 1 risulta critico.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976395"/>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976395"/>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2.138,0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1.383,0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1.815,0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37,8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42,2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25,2</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99,4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84,0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64,5</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97,7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77,0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44,4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23,1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32,6</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22,4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11,7</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59,5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5,2</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72,0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57,9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66,8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53,0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59,3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15,3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99,8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81,3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23,2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TARI non riscosso</w:t>
            </w:r>
          </w:p>
          <w:p>
            <w:pPr>
              <w:spacing w:after="0"/>
              <w:jc w:val="left"/>
            </w:pPr>
            <w:r>
              <w:rPr>
                <w:rFonts w:ascii="Calibri" w:hAnsi="Calibri" w:eastAsia="Calibri" w:cs="Calibri"/>
                <w:b w:val="0"/>
                <w:i w:val="0"/>
                <w:color w:val="656665"/>
                <w:sz w:val="14"/>
              </w:rPr>
              <w:t>% TARI dell'esercizio non riscossa in competenza (Allegato d, cat. 61)</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20,7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445,0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13 organismi partecipati presentano risultato d'esercizio negativo (censimento MEF 2023).</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1.570,0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2.138,0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+36,2%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1.644,0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2.102,0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+27,9%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47,7</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37,8</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-20,8%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12,1</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-16,6%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11,7</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9,6</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-17,9%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93,4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99,4</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+6,4%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91,8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97,7</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+6,4%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651,0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611,0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-6,1%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4.987.794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3.896.145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802.028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78,1%</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5.580.552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3.975.217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1.237.566</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71,2%</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5.650.990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4.266.350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1.351.098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75,5%</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465.492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343.755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117.916</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73,8%</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458.720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283.707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97.105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61,8%</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822.110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755.842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203.102</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91,9%</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994.269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815.169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228.975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82,0%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1.010.561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804.462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123.438</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79,6%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979.650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788.874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168.049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80,5%</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337065"/>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337065"/>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4.827.844 €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167.085 €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3,46%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5.061.655 €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198.416 €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3,92%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4.698.173 €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204.651 €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4,36%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5.212.825 €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305.922 €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5,87%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5.617.448 €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367.644 €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6,54%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5,2 dip/1000ab, contro mediana fascia 4,0.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Torrita di Siena,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Conclusione di sintesi</w:t>
            </w:r>
          </w:p>
          <w:p>
            <w:pPr>
              <w:spacing w:after="40"/>
              <w:jc w:val="both"/>
            </w:pPr>
            <w:r>
              <w:rPr>
                <w:rFonts w:ascii="Calibri" w:hAnsi="Calibri" w:eastAsia="Calibri" w:cs="Calibri"/>
                <w:b w:val="0"/>
                <w:i w:val="0"/>
                <w:color w:val="333333"/>
                <w:sz w:val="20"/>
              </w:rPr>
              <w:t>L'Ente NON è deficitario ai sensi dell'art. 242 TUEL (1 parametri critici su 6, soglia di deficitarietà strutturale fissata a 5 parametri su 10). Sono peraltro presenti aree di attenzione che richiedono il monitoraggio continuo, oggetto delle azioni correttive descritte nella sezione F.</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Torrita di Siena,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Torrita di Siena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2026-09-26T14:32:43Z</dcterms:created>
  <dcterms:modified xsi:type="dcterms:W3CDTF">2026-09-26T14:32:43Z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