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Monte Colombo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010713597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Monte Colombo,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Monte Colombo,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Monte Colombo,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Monte Colombo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2026-09-26T17:00:43Z</dcterms:created>
  <dcterms:modified xsi:type="dcterms:W3CDTF">2026-09-26T17:00:43Z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