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Pantelleria</w:t>
      </w:r>
    </w:p>
    <w:p>
      <w:pPr>
        <w:spacing w:after="200" w:before="0"/>
      </w:pPr>
      <w:r>
        <w:rPr>
          <w:rFonts w:ascii="Calibri" w:hAnsi="Calibri" w:eastAsia="Calibri" w:cs="Calibri"/>
          <w:b w:val="0"/>
          <w:i w:val="0"/>
          <w:color w:val="656665"/>
          <w:sz w:val="21"/>
        </w:rPr>
        <w:t>Trapani  ·  Sicilia  ·  7.199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5</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G315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081014</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006824163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Pantelleria,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7.199</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5.000-9.999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68</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Trapani</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Sicilia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G315</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5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8,40 %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26,90 %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0,30 %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86,10 %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5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015402"/>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015402"/>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5.496,0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1.383,0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1.815,0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18,8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42,2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25,2</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22,0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32,6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22,4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11,7</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18,8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9,4</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81,9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5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5.409,0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5.496,0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+1,6%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4.699,0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5.290,0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+12,6%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18,8</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8,4</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-8,7%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8,1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-9,0%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86,6</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114,8</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+32,6%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93,7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104,0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+11,0%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1.132,0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1.032,0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-8,8%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2510653"/>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2510653"/>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6.776.278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5.525.166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344.114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81,5%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7.097.710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6.744.987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1.403.800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95,0%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6.208.426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3.944.602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1.578.095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63,5%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5.018.548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4.443.102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1.580.208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88,5%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2.843.080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1.157.338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1.505.519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40,7%</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3.469.211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2.025.792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1.582.205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58,4%</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337065"/>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337065"/>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6.428.692 €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146.029 €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2,27%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6.359.917 €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136.758 €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2,15%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5.869.279 €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127.045 €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2,16%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8.148.787 €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116.868 €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1,43%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7.426.004 €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116.805 €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1,57%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18,8 %, contro mediana fascia 42,2.</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9,4 dip/1000ab, contro mediana fascia 4,0.</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Pantelleria,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5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Pantelleria,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Pantelleria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2026-09-26T15:39:41Z</dcterms:created>
  <dcterms:modified xsi:type="dcterms:W3CDTF">2026-09-26T15:39:41Z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