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Città metropolitana di Cagliari</w:t>
      </w:r>
    </w:p>
    <w:p>
      <w:pPr>
        <w:spacing w:after="200" w:before="0"/>
      </w:pPr>
      <w:r>
        <w:rPr>
          <w:rFonts w:ascii="Calibri" w:hAnsi="Calibri" w:eastAsia="Calibri" w:cs="Calibri"/>
          <w:b w:val="0"/>
          <w:i w:val="0"/>
          <w:color w:val="656665"/>
          <w:sz w:val="21"/>
        </w:rPr>
        <w:t>Sud Sardegna  ·  Sardegna</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00510810922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Città metropolitana di Cagliari,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Sud Sardegna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Sardegna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9638"/>
            <w:gridSpan w:val="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6"/>
              </w:rPr>
              <w:t>Indicatori non disponibili per l'esercizio.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8391"/>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120000" cy="2748391"/>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24,4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90,4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100867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940000" cy="100867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30.106.568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30.079.816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11.711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99,9%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33.688.924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33.685.340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26.751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34.393.428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34.385.500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3.586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31.304.234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28.545.876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3.850.612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32.554.598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30.920.180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3.806.641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95,0%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56.293.020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54.138.484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953.341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96,2%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2.060.819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1.812.167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320.031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87,9%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1.592.086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1.433.294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194.699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1.639.340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1.436.464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45.625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87,6%</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31.440.490 €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29.096.756 €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33.712.090 €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34.389.086 €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Nessuna criticità di livello alto rilevata</w:t>
            </w:r>
          </w:p>
          <w:p>
            <w:pPr>
              <w:spacing w:after="40"/>
              <w:jc w:val="both"/>
            </w:pPr>
            <w:r>
              <w:rPr>
                <w:rFonts w:ascii="Calibri" w:hAnsi="Calibri" w:eastAsia="Calibri" w:cs="Calibri"/>
                <w:b w:val="0"/>
                <w:i w:val="0"/>
                <w:color w:val="333333"/>
                <w:sz w:val="20"/>
              </w:rPr>
              <w:t>L'Ente prosegue il monitoraggio continuo degli indicatori secondo il quadro di controllo della Corte dei conti.</w:t>
            </w:r>
          </w:p>
        </w:tc>
      </w:tr>
    </w:tbl>
    <w:p>
      <w:pPr>
        <w:spacing w:after="8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Città metropolitana di Cagliari,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Città metropolitana di Cagliari,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Città metropolitana di Cagliari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2026-09-26T20:02:28Z</dcterms:created>
  <dcterms:modified xsi:type="dcterms:W3CDTF">2026-09-26T20:02:28Z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