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Cornale</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DATI PARZIALI</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0</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000728145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Cornale,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DATI PARZIALI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Rapporto tra spese rigide (personale + debito) ed entrate correnti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Riscossione competenza entrate proprie / previsioni definitive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Interessi passivi / entrate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0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1008679"/>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Cornale,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Cornale,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Cornale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2026-09-26T21:13:02Z</dcterms:created>
  <dcterms:modified xsi:type="dcterms:W3CDTF">2026-09-26T21:13:02Z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