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Bareggio</w:t>
      </w:r>
    </w:p>
    <w:p>
      <w:pPr>
        <w:spacing w:after="200" w:before="0"/>
      </w:pPr>
      <w:r>
        <w:rPr>
          <w:rFonts w:ascii="Calibri" w:hAnsi="Calibri" w:eastAsia="Calibri" w:cs="Calibri"/>
          <w:b w:val="0"/>
          <w:i w:val="0"/>
          <w:color w:val="656665"/>
          <w:sz w:val="21"/>
        </w:rPr>
        <w:t>Milano  ·  Lombardia  ·  17.236 abitanti</w:t>
      </w:r>
    </w:p>
    <w:p>
      <w:pPr>
        <w:spacing w:after="160" w:before="0"/>
      </w:pPr>
      <w:r>
        <w:rPr>
          <w:rFonts w:ascii="Calibri" w:hAnsi="Calibri" w:eastAsia="Calibri" w:cs="Calibri"/>
          <w:b w:val="0"/>
          <w:i w:val="0"/>
          <w:color w:val="333333"/>
          <w:sz w:val="21"/>
        </w:rPr>
        <w:t>Allegato al Rendiconto della gestione, esercizio finanziario 2018.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30/04/2019</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A652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015012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000720321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2018</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2018 ai sensi degli artt. 151 e 227 del D.Lgs. 18 agosto 2000 n. 267 (TUEL) e si propone di rappresentare in modo sintetico, ma analiticamente fondato, lo stato di salute finanziaria dell'ente, Comune di Bareggio,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17.236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10.000-19.999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Milano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A652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2018</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21268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21268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2018</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851,0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1.053,0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1.697,0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52,4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27,2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60,8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70,2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47,3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21,7</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63,9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55,1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313,0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851,0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648,0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746,0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7"/>
              </w:rPr>
              <w:t>+2,0%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19,1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103,1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2017 e 2018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482,0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+39,7%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8.618.177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6.612.221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832.642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76,7%</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8.519.945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7.949.261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1.936.610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93,3%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61.642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34.452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94.053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55,9%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213.824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124.923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136.666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58,4%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2.006.130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1.063.804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593.496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53,0%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2.215.460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1.108.484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1.175.605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50,0%</w:t>
            </w:r>
          </w:p>
        </w:tc>
      </w:tr>
    </w:tbl>
    <w:p>
      <w:pPr>
        <w:spacing w:after="120" w:before="0"/>
      </w:pPr>
    </w:p>
    <w:p>
      <w:pPr>
        <w:pStyle w:val="Heading2"/>
      </w:pPr>
      <w:r>
        <w:rPr>
          <w:rFonts w:ascii="Calibri" w:hAnsi="Calibri" w:eastAsia="Calibri" w:cs="Calibri"/>
          <w:b/>
          <w:i w:val="0"/>
          <w:color w:val="1A396B"/>
          <w:sz w:val="24"/>
        </w:rPr>
        <w:t>7.1  Composizione delle entrate, anno 2018</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7.444.863 €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9.885.871 €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0,00%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47,3 %, contro mediana fascia 36,2.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21,8 %, contro mediana fascia 16,2.</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7,6 %, contro mediana fascia 12,2.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57,1 %,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Bareggio, alla chiusura dell'esercizio 2018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Bareggio,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2018  ·  Comune di Bareggio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2026-09-26T16:52:19Z</dcterms:created>
  <dcterms:modified xsi:type="dcterms:W3CDTF">2026-09-26T16:52:19Z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