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Pigna</w:t>
      </w:r>
    </w:p>
    <w:p>
      <w:pPr>
        <w:spacing w:after="200" w:before="0"/>
      </w:pPr>
      <w:r>
        <w:rPr>
          <w:rFonts w:ascii="Calibri" w:hAnsi="Calibri" w:eastAsia="Calibri" w:cs="Calibri"/>
          <w:b w:val="0"/>
          <w:i w:val="0"/>
          <w:color w:val="656665"/>
          <w:sz w:val="21"/>
        </w:rPr>
        <w:t>Imperia  ·  Liguria  ·  756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G660</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008043</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000717956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Pigna,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756</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fino a 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5</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Imperia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Liguria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G660</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7,60 %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79,40 %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0,28 %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102,80 %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25,40 %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4.590,0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3.512,0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3.308,0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19,8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24,3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21,6</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95,9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89,3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74,9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94,1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78,7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49,3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32,9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21,0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18,4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44,5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6,6</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35,2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58,0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54,3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48,2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41,0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99,2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79,6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19,4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1.356,0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812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812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3.150,0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4.590,0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+45,7%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3.496,0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4.795,0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+37,2%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19,8</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-31,0%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11,7</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7,6</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-35,0%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-33,9%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94,9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95,9</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+1,1%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94,1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+2,4%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723,0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714,0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-1,2%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815.275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663.480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116.106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81,4%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719.156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561.388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121.400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78,1%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717.464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569.873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118.488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79,4%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329.986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256.323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47.011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77,7%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372.828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77.753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73.663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20,9%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331.301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181.736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295.070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54,9%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680.991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556.849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226.048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81,8%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735.882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589.890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86.384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80,2%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725.493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571.241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111.617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78,7%</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337065"/>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337065"/>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654.094 €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13.700 €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2,09%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675.715 €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13.896 €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2,06%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779.587 €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12.553 €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1,61%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682.788 €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11.181 €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1,64%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688.361 €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9.836 €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1,43%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32,9 %, contro mediana fascia 21,0.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8,1 %, contro mediana fascia 12,7.</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Pigna,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Pigna,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Pigna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2026-09-26T14:19:29Z</dcterms:created>
  <dcterms:modified xsi:type="dcterms:W3CDTF">2026-09-26T14:19:29Z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