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Montebello sul Sangro</w:t>
      </w:r>
    </w:p>
    <w:p>
      <w:pPr>
        <w:spacing w:after="200" w:before="0"/>
      </w:pPr>
      <w:r>
        <w:rPr>
          <w:rFonts w:ascii="Calibri" w:hAnsi="Calibri" w:eastAsia="Calibri" w:cs="Calibri"/>
          <w:b w:val="0"/>
          <w:i w:val="0"/>
          <w:color w:val="656665"/>
          <w:sz w:val="21"/>
        </w:rPr>
        <w:t>Chieti  ·  Abruzzo  ·  81 abitanti</w:t>
      </w:r>
    </w:p>
    <w:p>
      <w:pPr>
        <w:spacing w:after="160" w:before="0"/>
      </w:pPr>
      <w:r>
        <w:rPr>
          <w:rFonts w:ascii="Calibri" w:hAnsi="Calibri" w:eastAsia="Calibri" w:cs="Calibri"/>
          <w:b w:val="0"/>
          <w:i w:val="0"/>
          <w:color w:val="333333"/>
          <w:sz w:val="21"/>
        </w:rPr>
        <w:t>Allegato al Rendiconto della gestione, esercizio finanziario 2022.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30/04/2023</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B268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069009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000717483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2022 ai sensi degli artt. 151 e 227 del D.Lgs. 18 agosto 2000 n. 267 (TUEL) e si propone di rappresentare in modo sintetico, ma analiticamente fondato, lo stato di salute finanziaria dell'ente, Comune di Montebello sul Sangro,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81</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Chieti</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Abruzzo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B268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2022</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0,99 %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2022</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17.227,0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2.808,0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28,7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88,9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23,2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2020 → 2022</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48,6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2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6704"/>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6704"/>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17.218,0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17.227,0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12.320,0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12.603,0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97,5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104,9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100,9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764,0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5569"/>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55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112.122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105.268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111.265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109.354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4.845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121.172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108.313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9.816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109.383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73.595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15.121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67,3%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87.055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24.159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42.138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27,8%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98.216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24.822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28,8%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54.292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37.633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16.123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45.730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35.872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12.087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78,4%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44.380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40.578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4.210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91,4%</w:t>
            </w:r>
          </w:p>
        </w:tc>
      </w:tr>
    </w:tbl>
    <w:p>
      <w:pPr>
        <w:spacing w:after="120" w:before="0"/>
      </w:pPr>
    </w:p>
    <w:p>
      <w:pPr>
        <w:pStyle w:val="Heading2"/>
      </w:pPr>
      <w:r>
        <w:rPr>
          <w:rFonts w:ascii="Calibri" w:hAnsi="Calibri" w:eastAsia="Calibri" w:cs="Calibri"/>
          <w:b/>
          <w:i w:val="0"/>
          <w:color w:val="1A396B"/>
          <w:sz w:val="24"/>
        </w:rPr>
        <w:t>7.1  Composizione delle entrate, anno 2022</w:t>
      </w:r>
    </w:p>
    <w:p>
      <w:pPr>
        <w:spacing w:after="40" w:before="80"/>
        <w:jc w:val="center"/>
      </w:pPr>
      <w:r>
        <w:drawing>
          <wp:inline xmlns:a="http://schemas.openxmlformats.org/drawingml/2006/main" xmlns:pic="http://schemas.openxmlformats.org/drawingml/2006/picture">
            <wp:extent cx="5040000" cy="3682712"/>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682712"/>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117.651 €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16.617 €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109.010 €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15.935 €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106.235 €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15.148 €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114.142 €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14.494 €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118.129 €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13.784 €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8,5 %, contro mediana fascia 28,7.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12,3 dip/1000ab, contro mediana fascia 7,3.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30,9 %, contro mediana fascia 48,6.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7,2 %, contro mediana fascia 11,8.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Montebello sul Sangro, alla chiusura dell'esercizio 2022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Montebello sul Sangro,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2022  ·  Comune di Montebello sul Sangro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2026-09-26T14:31:57Z</dcterms:created>
  <dcterms:modified xsi:type="dcterms:W3CDTF">2026-09-26T14:31:57Z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