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Redondesco</w:t>
      </w:r>
    </w:p>
    <w:p>
      <w:pPr>
        <w:spacing w:after="200" w:before="0"/>
      </w:pPr>
      <w:r>
        <w:rPr>
          <w:rFonts w:ascii="Calibri" w:hAnsi="Calibri" w:eastAsia="Calibri" w:cs="Calibri"/>
          <w:b w:val="0"/>
          <w:i w:val="0"/>
          <w:color w:val="656665"/>
          <w:sz w:val="21"/>
        </w:rPr>
        <w:t>Mantova  ·  Lombardia  ·  1.193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H218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020048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000717173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Redondesco,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1.193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Mantova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H218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0,94 %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1.486,0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1.631,0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1.486,0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1.381,0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620,0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772.103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651.435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47.247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777.823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714.594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78.102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878.843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805.420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73.760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121.736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100.038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9.280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202.980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135.812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35.053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74.289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584.362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371.378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112.993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566.060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333.490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166.335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58,9%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562.445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336.166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131.197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59,8%</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711.214 €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16.080 €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716.910 €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14.972 €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698.682 €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15.625 €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792.696 €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23.340 €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879.180 €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16.710 €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1.486,0 €/ab, contro mediana fascia 2.028,0.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48,8 %, contro mediana fascia 26,2.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14,3 %, contro mediana fascia 11,7.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Redondesco,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Redondesco,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Redondesco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2026-09-26T14:31:03Z</dcterms:created>
  <dcterms:modified xsi:type="dcterms:W3CDTF">2026-09-26T14:31:03Z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