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Rignano sull'Arno</w:t>
      </w:r>
    </w:p>
    <w:p>
      <w:pPr>
        <w:spacing w:after="200" w:before="0"/>
      </w:pPr>
      <w:r>
        <w:rPr>
          <w:rFonts w:ascii="Calibri" w:hAnsi="Calibri" w:eastAsia="Calibri" w:cs="Calibri"/>
          <w:b w:val="0"/>
          <w:i w:val="0"/>
          <w:color w:val="656665"/>
          <w:sz w:val="21"/>
        </w:rPr>
        <w:t>Firenze  ·  Toscana  ·  8.517 abitanti</w:t>
      </w:r>
    </w:p>
    <w:p>
      <w:pPr>
        <w:spacing w:after="160" w:before="0"/>
      </w:pPr>
      <w:r>
        <w:rPr>
          <w:rFonts w:ascii="Calibri" w:hAnsi="Calibri" w:eastAsia="Calibri" w:cs="Calibri"/>
          <w:b w:val="0"/>
          <w:i w:val="0"/>
          <w:color w:val="333333"/>
          <w:sz w:val="21"/>
        </w:rPr>
        <w:t>Allegato al Rendiconto della gestione, esercizio finanziario 2022.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30/04/2023</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H286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048036</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000711034</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2022</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2022 ai sensi degli artt. 151 e 227 del D.Lgs. 18 agosto 2000 n. 267 (TUEL) e si propone di rappresentare in modo sintetico, ma analiticamente fondato, lo stato di salute finanziaria dell'ente, Comune di Rignano sull'Arno,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8.517</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5.000-9.999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47</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Firenze</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Toscana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H286</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2022</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17,90 %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86,30 %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0,24 %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98,60 %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2022</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1.126,0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1.135,0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1.815,0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57,8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47,5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25,2</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17,9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101,3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82,0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64,5</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119,4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44,4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42,0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36,6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22,4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16,3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11,7</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2020 → 2022</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5,5</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81,1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36,7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65,9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33,9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58,0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102,7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79,0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247,0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1 su 8 organismi partecipati presentano risultato d'esercizio negativo (censimento MEF 2022).</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1.269,0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1.126,0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-11,3%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1.272,0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1.220,0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-4,1%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48,2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57,8</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+19,9%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17,9</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+19,3%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17,6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+19,7%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96,5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101,3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+5,0%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93,3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119,4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+28,0%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612,0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652,0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+6,5%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4.931.632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4.210.487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687.563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85,4%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5.401.322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4.562.902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649.636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84,5%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5.479.826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4.729.282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819.600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86,3%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1.000.182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949.637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14.876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94,9%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571.991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555.657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30.184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97,1%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602.577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530.944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4.495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88,1%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1.187.602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887.123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501.195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74,7%</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1.541.749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1.154.987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283.787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74,9%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1.245.855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1.103.971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383.738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88,6%</w:t>
            </w:r>
          </w:p>
        </w:tc>
      </w:tr>
    </w:tbl>
    <w:p>
      <w:pPr>
        <w:spacing w:after="120" w:before="0"/>
      </w:pPr>
    </w:p>
    <w:p>
      <w:pPr>
        <w:pStyle w:val="Heading2"/>
      </w:pPr>
      <w:r>
        <w:rPr>
          <w:rFonts w:ascii="Calibri" w:hAnsi="Calibri" w:eastAsia="Calibri" w:cs="Calibri"/>
          <w:b/>
          <w:i w:val="0"/>
          <w:color w:val="1A396B"/>
          <w:sz w:val="24"/>
        </w:rPr>
        <w:t>7.1  Composizione delle entrate, anno 2022</w:t>
      </w:r>
    </w:p>
    <w:p>
      <w:pPr>
        <w:spacing w:after="40" w:before="80"/>
        <w:jc w:val="center"/>
      </w:pPr>
      <w:r>
        <w:drawing>
          <wp:inline xmlns:a="http://schemas.openxmlformats.org/drawingml/2006/main" xmlns:pic="http://schemas.openxmlformats.org/drawingml/2006/picture">
            <wp:extent cx="5040000" cy="3253777"/>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25377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5.274.577 €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31.866 €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0,60%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5.032.088 €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29.940 €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0,59%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4.898.050 €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27.897 €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0,57%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5.213.812 €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25.730 €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0,49%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5.548.837 €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23.430 €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0,42%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5,5 dip/1000ab, contro mediana fascia 4,0.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36,7 %, contro mediana fascia 65,9.</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33,9 %, contro mediana fascia 58,0.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1,6 %, contro mediana fascia 11,2.</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Rignano sull'Arno, alla chiusura dell'esercizio 2022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Rignano sull'Arno,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2022  ·  Comune di Rignano sull'Arno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2026-09-26T14:15:27Z</dcterms:created>
  <dcterms:modified xsi:type="dcterms:W3CDTF">2026-09-26T14:15:27Z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