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Paratico</w:t>
      </w:r>
    </w:p>
    <w:p>
      <w:pPr>
        <w:spacing w:after="200" w:before="0"/>
      </w:pPr>
      <w:r>
        <w:rPr>
          <w:rFonts w:ascii="Calibri" w:hAnsi="Calibri" w:eastAsia="Calibri" w:cs="Calibri"/>
          <w:b w:val="0"/>
          <w:i w:val="0"/>
          <w:color w:val="656665"/>
          <w:sz w:val="21"/>
        </w:rPr>
        <w:t>Brescia  ·  Lombardia  ·  5.019 abitanti</w:t>
      </w:r>
    </w:p>
    <w:p>
      <w:pPr>
        <w:spacing w:after="160" w:before="0"/>
      </w:pPr>
      <w:r>
        <w:rPr>
          <w:rFonts w:ascii="Calibri" w:hAnsi="Calibri" w:eastAsia="Calibri" w:cs="Calibri"/>
          <w:b w:val="0"/>
          <w:i w:val="0"/>
          <w:color w:val="333333"/>
          <w:sz w:val="21"/>
        </w:rPr>
        <w:t>Allegato al Rendiconto della gestione, esercizio finanziario 2025.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30/04/2026</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G327</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017134</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000709283</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2025 ai sensi degli artt. 151 e 227 del D.Lgs. 18 agosto 2000 n. 267 (TUEL) e si propone di rappresentare in modo sintetico, ma analiticamente fondato, lo stato di salute finanziaria dell'ente, Comune di Paratico,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5.019</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5.000-9.999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22</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Brescia</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Lombardia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G327</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14362"/>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09530"/>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2E7D52"/>
                <w:sz w:val="17"/>
              </w:rPr>
              <w:t>In miglioramento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09530"/>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2025</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13,80 %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84,80 %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1,95 %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114,40 %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16,50 %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2025</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1.430,0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1.383,0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1.815,0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43,0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42,2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25,2</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13,8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13,3</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102,8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84,0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64,5</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97,9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77,0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44,4</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39,6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32,6</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22,4</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12,4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11,7</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2023 → 2025</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4,4</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75,5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76,8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20,8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66,8</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25,8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59,3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8,3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12,6</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96,9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81,3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6,2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316,0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1 su 4 organismi partecipati presentano risultato d'esercizio negativo (censimento MEF 2023).</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2023</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25,0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6992"/>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6992"/>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1.501,0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1.430,0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-4,7%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1.550,0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1.368,0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-11,7%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37,7</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43,0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+14,1%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15,6</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13,8</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-11,5%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13,4</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11,9</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-11,2%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106,4</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102,8</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-3,4%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99,4</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97,9</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7"/>
              </w:rPr>
              <w:t>-1,5%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515,0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568,0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+10,3%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7337"/>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733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52360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52360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2.608.988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2.287.296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398.923</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87,7%</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2.672.882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2.372.871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469.843</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88,8%</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2.997.452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2.541.086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541.380</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84,8%</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350.083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298.596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63.605</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85,3%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411.705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235.651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45.506</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57,2%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291.141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204.524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172.346</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70,2%</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1.674.520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1.164.429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253.567</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69,5%</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1.565.054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1.272.478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283.845</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81,3%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1.552.426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1.295.772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223.651</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83,5%</w:t>
            </w:r>
          </w:p>
        </w:tc>
      </w:tr>
    </w:tbl>
    <w:p>
      <w:pPr>
        <w:spacing w:after="120" w:before="0"/>
      </w:pPr>
    </w:p>
    <w:p>
      <w:pPr>
        <w:pStyle w:val="Heading2"/>
      </w:pPr>
      <w:r>
        <w:rPr>
          <w:rFonts w:ascii="Calibri" w:hAnsi="Calibri" w:eastAsia="Calibri" w:cs="Calibri"/>
          <w:b/>
          <w:i w:val="0"/>
          <w:color w:val="1A396B"/>
          <w:sz w:val="24"/>
        </w:rPr>
        <w:t>7.1  Composizione delle entrate, anno 2025</w:t>
      </w:r>
    </w:p>
    <w:p>
      <w:pPr>
        <w:spacing w:after="40" w:before="80"/>
        <w:jc w:val="center"/>
      </w:pPr>
      <w:r>
        <w:drawing>
          <wp:inline xmlns:a="http://schemas.openxmlformats.org/drawingml/2006/main" xmlns:pic="http://schemas.openxmlformats.org/drawingml/2006/picture">
            <wp:extent cx="5040000" cy="3337065"/>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337065"/>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2.422.738 €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47.988 €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1,98%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2.474.175 €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48.252 €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1,95%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2023</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2.686.219 €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167.379 €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6,23%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2024</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2.842.713 €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165.771 €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5,83%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2025</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3.082.466 €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140.249 €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4,55%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Incidenza Beni e Servizi</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39,6 %, contro mediana fascia 32,6.</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Rivedere i contratti di fornitura, razionalizzare gli acquisti tramite centrali di committenza, verificare le concessioni di servizi.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Tributi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20,8 %, contro mediana fascia 66,8.</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l'accantonamento al FCDE per coprire adeguatamente i crediti di dubbia esigibilità tributari. Verificare la congruità del fondo rispetto alla media dei residui storicamente non riscossi.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Globale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25,8 %, contro mediana fascia 59,3.</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Adeguare il fondo FCDE alla consistenza dei residui attivi a rischio, includendo sia le entrate tributarie che le extratributarie (sanzioni, canoni, proventi).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Margine Corrente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8,3 %, contro mediana fascia 12,6.</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le entrate correnti o contenere la spesa corrente per migliorare il margine. Verificare la sostenibilità strutturale del bilancio.</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Paratico, alla chiusura dell'esercizio 2025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Paratico,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2025  ·  Comune di Paratico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2026-09-26T15:38:47Z</dcterms:created>
  <dcterms:modified xsi:type="dcterms:W3CDTF">2026-09-26T15:38:47Z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