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Mestrino</w:t>
      </w:r>
    </w:p>
    <w:p>
      <w:pPr>
        <w:spacing w:after="200" w:before="0"/>
      </w:pPr>
      <w:r>
        <w:rPr>
          <w:rFonts w:ascii="Calibri" w:hAnsi="Calibri" w:eastAsia="Calibri" w:cs="Calibri"/>
          <w:b w:val="0"/>
          <w:i w:val="0"/>
          <w:color w:val="656665"/>
          <w:sz w:val="21"/>
        </w:rPr>
        <w:t>Padova  ·  Veneto  ·  11.856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F161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028054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000706230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Mestrino,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11.856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Padova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Veneto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F161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51,2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69,4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89,4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3.662.722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1.810.016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579.386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3.912.444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3.334.079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734.212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3.911.071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2.288.693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424.994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58,5%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335.284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300.345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15.227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307.693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286.963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34.939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362.772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271.866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22.031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764.681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632.842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74.220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82,8%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701.444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496.156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87.466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70,7%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785.290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603.499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98.623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76,9%</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2.389.402 €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34.461 €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4.068.291 €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18.811 €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2.713.687 €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5.364 €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447,0 €/ab, contro mediana fascia 1.060,0.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52,6 %, contro mediana fascia 66,2.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45,3 %, contro mediana fascia 62,6.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Mestrino,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Mestrino,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Mestrino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2026-09-26T14:30:36Z</dcterms:created>
  <dcterms:modified xsi:type="dcterms:W3CDTF">2026-09-26T14:30:36Z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