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Sortino</w:t>
      </w:r>
    </w:p>
    <w:p>
      <w:pPr>
        <w:spacing w:after="200" w:before="0"/>
      </w:pPr>
      <w:r>
        <w:rPr>
          <w:rFonts w:ascii="Calibri" w:hAnsi="Calibri" w:eastAsia="Calibri" w:cs="Calibri"/>
          <w:b w:val="0"/>
          <w:i w:val="0"/>
          <w:color w:val="656665"/>
          <w:sz w:val="21"/>
        </w:rPr>
        <w:t>Siracusa  ·  Sicilia  ·  8.044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I864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089019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000700339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Sortino,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8.044</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Siracusa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I864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0,84 %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1.372,0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1.135,0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65,9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58,0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6 organismi partecipati presentano risultato d'esercizio negativo (censimento MEF 2022).</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1.372,0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1.501,0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93,4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81,7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377,0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3.763.638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2.318.288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925.928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3.882.961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2.427.078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1.049.478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62,5%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3.924.937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2.485.584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1.179.293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3.177.884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2.331.559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323.983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2.860.982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1.892.349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472.461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66,1%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3.266.348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1.930.348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1.059.093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59,1%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1.183.115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529.246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387.125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44,7%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1.263.491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625.147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568.281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1.401.775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748.377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396.472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53,4%</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3.635.034 €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148.544 €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3.522.277 €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125.056 €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3.244.216 €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103.588 €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3.476.556 €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96.515 €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3.664.878 €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92.217 €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33,2 %, contro mediana fascia 47,5.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26,0 %, contro mediana fascia 14,9.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23,0 %, contro mediana fascia 14,2.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Trend Entrate (3 anni)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-20,3 %,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Analizzare le cause del calo delle entrate, verificare la capacità di accertamento e programmazione.</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8,0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6,2 %, contro mediana fascia 11,2.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Sortino,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Sortino,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Sortino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2026-09-26T14:19:20Z</dcterms:created>
  <dcterms:modified xsi:type="dcterms:W3CDTF">2026-09-26T14:19:20Z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