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Sambuci</w:t>
      </w:r>
    </w:p>
    <w:p>
      <w:pPr>
        <w:spacing w:after="200" w:before="0"/>
      </w:pPr>
      <w:r>
        <w:rPr>
          <w:rFonts w:ascii="Calibri" w:hAnsi="Calibri" w:eastAsia="Calibri" w:cs="Calibri"/>
          <w:b w:val="0"/>
          <w:i w:val="0"/>
          <w:color w:val="656665"/>
          <w:sz w:val="21"/>
        </w:rPr>
        <w:t>Roma  ·  Lazio  ·  822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ATTENZIONE</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H745</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058094</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000514371</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Sambuci,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822</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fino a 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6</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Roma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Lazio</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H745</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C4453F"/>
              <w:bottom w:val="nil"/>
              <w:right w:val="nil"/>
            </w:tcBorders>
            <w:shd w:val="clear" w:color="auto" w:fill="F6E3E1"/>
            <w:tcMar>
              <w:top w:w="110" w:type="dxa"/>
              <w:left w:w="200" w:type="dxa"/>
              <w:bottom w:w="110" w:type="dxa"/>
              <w:right w:w="160" w:type="dxa"/>
            </w:tcMar>
          </w:tcPr>
          <w:p>
            <w:pPr>
              <w:spacing w:after="60"/>
            </w:pPr>
            <w:r>
              <w:rPr>
                <w:rFonts w:ascii="Calibri" w:hAnsi="Calibri" w:eastAsia="Calibri" w:cs="Calibri"/>
                <w:b/>
                <w:i w:val="0"/>
                <w:color w:val="C4453F"/>
                <w:sz w:val="19"/>
              </w:rPr>
              <w:t>Stato di dissesto finanziario</w:t>
            </w:r>
          </w:p>
          <w:p>
            <w:pPr>
              <w:spacing w:after="40"/>
              <w:jc w:val="both"/>
            </w:pPr>
            <w:r>
              <w:rPr>
                <w:rFonts w:ascii="Calibri" w:hAnsi="Calibri" w:eastAsia="Calibri" w:cs="Calibri"/>
                <w:b w:val="0"/>
                <w:i w:val="0"/>
                <w:color w:val="333333"/>
                <w:sz w:val="20"/>
              </w:rPr>
              <w:t>L'ente risulta in stato di dissesto dichiarato nell'anno 1989.</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09530"/>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Stabile</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complessivo: ATTENZIONE</w:t>
            </w:r>
          </w:p>
          <w:p>
            <w:pPr>
              <w:spacing w:after="40"/>
              <w:jc w:val="both"/>
            </w:pPr>
            <w:r>
              <w:rPr>
                <w:rFonts w:ascii="Calibri" w:hAnsi="Calibri" w:eastAsia="Calibri" w:cs="Calibri"/>
                <w:b w:val="0"/>
                <w:i w:val="0"/>
                <w:color w:val="333333"/>
                <w:sz w:val="20"/>
              </w:rPr>
              <w:t>L'Ente NON è deficitario ai sensi dell'art. 242 TUEL (1 parametri critici su 6, soglia di deficitarietà strutturale fissata a 5 parametri su 10). Sono peraltro presenti aree di attenzione che richiedono il monitoraggio continuo, oggetto delle azioni correttive descritte nella sezione F.</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21,60 %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96,60 %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0,08 %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51,70 %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15,10 %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Sezione A</w:t>
            </w:r>
          </w:p>
          <w:p>
            <w:pPr>
              <w:spacing w:after="40"/>
              <w:jc w:val="both"/>
            </w:pPr>
            <w:r>
              <w:rPr>
                <w:rFonts w:ascii="Calibri" w:hAnsi="Calibri" w:eastAsia="Calibri" w:cs="Calibri"/>
                <w:b w:val="0"/>
                <w:i w:val="0"/>
                <w:color w:val="333333"/>
                <w:sz w:val="20"/>
              </w:rPr>
              <w:t xml:space="preserve">Su 6 parametri calcolabili, 1 risulta critico.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1.629,0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3.512,0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3.308,0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45,2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24,3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21,6</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21,6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10,6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102,2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89,3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74,9</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102,6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78,7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49,3</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22,6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21,0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18,4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20,1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10,1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11,9</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27,0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7,3</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67,9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67,5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34,0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54,3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38,7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41,0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90,4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79,6</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164,0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0 su 1 organismi partecipati presentano risultato d'esercizio negativo (censimento MEF 2023).</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1.341,0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1.629,0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+21,5%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1.589,0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1.739,0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+9,4%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53,4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45,2</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-15,4%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30,5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21,6</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-29,2%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30,3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21,5</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-29,0%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100,9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102,2</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+1,3%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85,3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102,6</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+20,3%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460,0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446,0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-3,0%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9106"/>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910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552.366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489.418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84.494</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88,6%</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583.184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558.640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29.544</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95,8%</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591.821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571.450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33.225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96,6%</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93.172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63.731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15.673</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68,4%</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172.690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79.418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3.526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C4453F"/>
                <w:sz w:val="17"/>
              </w:rPr>
              <w:t>46,0%</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192.403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81.071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42.144</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42,1%</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145.970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133.323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15.032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91,3%</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154.147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126.516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5.023</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82,1%</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202.097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185.120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22.133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91,6%</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549.287 €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6.526 €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1,19%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544.699 €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5.079 €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0,93%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573.912 €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3.957 €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0,69%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588.184 €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2.317 €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0,39%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604.675 €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1.057 €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0,17%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1.629,0 €/ab, contro mediana fascia 3.512,0.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Potenziare le entrate proprie (tributi, tariffe, recupero evasione) e diversificare le fonti di finanziamento.</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21,6 %, contro mediana fascia 10,6.</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la spesa di personale, rinegoziare mutui, ridurre l'indebitamento.</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Incidenza Spesa Personale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20,1 %, contro mediana fascia 10,1.</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le assunzioni, razionalizzare l'organizzazione, favorire il turnover verso profili meno costosi.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Tributi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34,0 %, contro mediana fascia 54,3.</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l'accantonamento al FCDE per coprire adeguatamente i crediti di dubbia esigibilità tributari. Verificare la congruità del fondo rispetto alla media dei residui storicamente non riscossi.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Margine Corrente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9,9 %, contro mediana fascia 12,7.</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le entrate correnti o contenere la spesa corrente per migliorare il margine. Verificare la sostenibilità strutturale del bilancio.</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Sambuci,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Conclusione di sintesi</w:t>
            </w:r>
          </w:p>
          <w:p>
            <w:pPr>
              <w:spacing w:after="40"/>
              <w:jc w:val="both"/>
            </w:pPr>
            <w:r>
              <w:rPr>
                <w:rFonts w:ascii="Calibri" w:hAnsi="Calibri" w:eastAsia="Calibri" w:cs="Calibri"/>
                <w:b w:val="0"/>
                <w:i w:val="0"/>
                <w:color w:val="333333"/>
                <w:sz w:val="20"/>
              </w:rPr>
              <w:t>L'Ente NON è deficitario ai sensi dell'art. 242 TUEL (1 parametri critici su 6, soglia di deficitarietà strutturale fissata a 5 parametri su 10). Sono peraltro presenti aree di attenzione che richiedono il monitoraggio continuo, oggetto delle azioni correttive descritte nella sezione F.</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Sambuci,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Sambuci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2026-09-26T15:41:27Z</dcterms:created>
  <dcterms:modified xsi:type="dcterms:W3CDTF">2026-09-26T15:41:27Z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