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Rogno</w:t>
      </w:r>
    </w:p>
    <w:p>
      <w:pPr>
        <w:spacing w:after="200" w:before="0"/>
      </w:pPr>
      <w:r>
        <w:rPr>
          <w:rFonts w:ascii="Calibri" w:hAnsi="Calibri" w:eastAsia="Calibri" w:cs="Calibri"/>
          <w:b w:val="0"/>
          <w:i w:val="0"/>
          <w:color w:val="656665"/>
          <w:sz w:val="21"/>
        </w:rPr>
        <w:t>Bergamo  ·  Lombardia  ·  3.840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H492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016182</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000103377</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Rogno,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3.840</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3.000-4.999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11</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Bergamo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Lombardia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H492</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Stabile</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15,30 %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93,40 %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0,24 %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95,60 %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12,30 %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945,0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1.563,0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1.925,0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58,9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38,4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15,3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12,8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95,3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85,9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69,0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99,9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77,1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36,7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30,2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15,4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10,8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2,9</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86,5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88,2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71,1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53,3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93,5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81,2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601,0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2 su 11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18,2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942,0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945,0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+0,3%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1.009,0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928,0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-8,0%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57,8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58,9</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+1,9%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15,3</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+15,0%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15,1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+16,2%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95,7</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95,3</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-0,4%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89,2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99,9</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+12,0%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394,0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415,0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+5,3%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2.029.511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1.863.080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166.528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91,8%</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2.184.004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1.999.957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90.504</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91,6%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2.241.049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2.092.058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44.267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93,4%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127.967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113.199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52.853</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88,5%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135.509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113.745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14.768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83,9%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224.822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86.325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21.778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38,4%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427.102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370.052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94.705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86,6%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444.142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348.304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48.007</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78,4%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535.832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452.614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82.766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84,5%</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2.075.335 €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14.618 €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0,70%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2.078.164 €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12.694 €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0,61%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2.029.607 €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10.950 €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0,54%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2.090.461 €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9.870 €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0,47%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2.136.325 €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8.660 €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0,41%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945,0 €/ab, contro mediana fascia 1.563,0.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le entrate proprie (tributi, tariffe, recupero evasione) e diversificare le fonti di finanziamento.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36,7 %, contro mediana fascia 30,2.</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Spesa Personale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15,4 %, contro mediana fascia 12,1.</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le assunzioni, razionalizzare l'organizzazione, favorire il turnover verso profili meno costosi.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Rogno,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Rogno,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Rogno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2026-09-26T14:29:32Z</dcterms:created>
  <dcterms:modified xsi:type="dcterms:W3CDTF">2026-09-26T14:29:32Z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