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Roccapalumba</w:t>
      </w:r>
    </w:p>
    <w:p>
      <w:pPr>
        <w:spacing w:after="200" w:before="0"/>
      </w:pPr>
      <w:r>
        <w:rPr>
          <w:rFonts w:ascii="Calibri" w:hAnsi="Calibri" w:eastAsia="Calibri" w:cs="Calibri"/>
          <w:b w:val="0"/>
          <w:i w:val="0"/>
          <w:color w:val="656665"/>
          <w:sz w:val="21"/>
        </w:rPr>
        <w:t>Palermo  ·  Sicilia  ·  2.170 abitanti</w:t>
      </w:r>
    </w:p>
    <w:p>
      <w:pPr>
        <w:spacing w:after="160" w:before="0"/>
      </w:pPr>
      <w:r>
        <w:rPr>
          <w:rFonts w:ascii="Calibri" w:hAnsi="Calibri" w:eastAsia="Calibri" w:cs="Calibri"/>
          <w:b w:val="0"/>
          <w:i w:val="0"/>
          <w:color w:val="333333"/>
          <w:sz w:val="21"/>
        </w:rPr>
        <w:t>Allegato al Rendiconto della gestione, esercizio finanziario 2025.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OTTIMO</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0 su 6</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30/04/2026</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H428</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082062</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000098679</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2025</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30/04/2026</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2025 ai sensi degli artt. 151 e 227 del D.Lgs. 18 agosto 2000 n. 267 (TUEL) e si propone di rappresentare in modo sintetico, ma analiticamente fondato, lo stato di salute finanziaria dell'ente, Comune di Roccapalumba,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2.170</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30"/>
              </w:rPr>
              <w:t>1.000-2.999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63</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Palermo</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Sicilia</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H428</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Stato finanziario</w:t>
            </w:r>
          </w:p>
          <w:p>
            <w:pPr>
              <w:spacing w:after="40"/>
              <w:jc w:val="both"/>
            </w:pPr>
            <w:r>
              <w:rPr>
                <w:rFonts w:ascii="Calibri" w:hAnsi="Calibri" w:eastAsia="Calibri" w:cs="Calibri"/>
                <w:b w:val="0"/>
                <w:i w:val="0"/>
                <w:color w:val="333333"/>
                <w:sz w:val="20"/>
              </w:rPr>
              <w:t>L'ente non risulta in dissesto né ha attivato procedure di riequilibrio finanziario pluriennale ai sensi dell'art. 243 bis TUEL.</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14362"/>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2E7D52"/>
                <w:sz w:val="17"/>
              </w:rPr>
              <w:t>In miglioramento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14362"/>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2E7D52"/>
                <w:sz w:val="17"/>
              </w:rPr>
              <w:t>In miglioramento</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14362"/>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2E7D52"/>
                <w:sz w:val="17"/>
              </w:rPr>
              <w:t>In miglioramento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14362"/>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2E7D52"/>
                <w:sz w:val="17"/>
              </w:rPr>
              <w:t>In miglioramento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complessivo: OTTIMO</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2025</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17,20 %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76,00 %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0,28 %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78,20 %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19,10 %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 Tit. I, II, III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Sezione A</w:t>
            </w:r>
          </w:p>
          <w:p>
            <w:pPr>
              <w:spacing w:after="40"/>
              <w:jc w:val="both"/>
            </w:pPr>
            <w:r>
              <w:rPr>
                <w:rFonts w:ascii="Calibri" w:hAnsi="Calibri" w:eastAsia="Calibri" w:cs="Calibri"/>
                <w:b w:val="0"/>
                <w:i w:val="0"/>
                <w:color w:val="333333"/>
                <w:sz w:val="20"/>
              </w:rPr>
              <w:t xml:space="preserve">Su 6 parametri calcolabili, 0 risultano critici.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2984696"/>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298469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856047"/>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3856047"/>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2025</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2.371,0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2.028,0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2.245,0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35,7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33,1</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24,3</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17,2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12,4</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14,2</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Tributarie</w:t>
            </w:r>
          </w:p>
          <w:p>
            <w:pPr>
              <w:spacing w:after="0"/>
              <w:jc w:val="left"/>
            </w:pPr>
            <w:r>
              <w:rPr>
                <w:rFonts w:ascii="Calibri" w:hAnsi="Calibri" w:eastAsia="Calibri" w:cs="Calibri"/>
                <w:b w:val="0"/>
                <w:i w:val="0"/>
                <w:color w:val="656665"/>
                <w:sz w:val="14"/>
              </w:rPr>
              <w:t>% riscosso su accertato per entrate Titolo I (tributarie)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124,0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86,7</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71,0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Extratributarie</w:t>
            </w:r>
          </w:p>
          <w:p>
            <w:pPr>
              <w:spacing w:after="0"/>
              <w:jc w:val="left"/>
            </w:pPr>
            <w:r>
              <w:rPr>
                <w:rFonts w:ascii="Calibri" w:hAnsi="Calibri" w:eastAsia="Calibri" w:cs="Calibri"/>
                <w:b w:val="0"/>
                <w:i w:val="0"/>
                <w:color w:val="656665"/>
                <w:sz w:val="14"/>
              </w:rPr>
              <w:t>% riscosso su accertato per entrate Titolo III (sanzioni CdS, permessi a costruire, canoni)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69,6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76,2</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46,4</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20,9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26,2</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20,1</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22,9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11,7</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11,6</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Trend Entrate (3 anni)</w:t>
            </w:r>
          </w:p>
          <w:p>
            <w:pPr>
              <w:spacing w:after="0"/>
              <w:jc w:val="left"/>
            </w:pPr>
            <w:r>
              <w:rPr>
                <w:rFonts w:ascii="Calibri" w:hAnsi="Calibri" w:eastAsia="Calibri" w:cs="Calibri"/>
                <w:b w:val="0"/>
                <w:i w:val="0"/>
                <w:color w:val="656665"/>
                <w:sz w:val="14"/>
              </w:rPr>
              <w:t>Variazione % entrate 2023 → 2025</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-3,6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29,0</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4,9</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74,3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73,3</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Tributi</w:t>
            </w:r>
          </w:p>
          <w:p>
            <w:pPr>
              <w:spacing w:after="0"/>
              <w:jc w:val="left"/>
            </w:pPr>
            <w:r>
              <w:rPr>
                <w:rFonts w:ascii="Calibri" w:hAnsi="Calibri" w:eastAsia="Calibri" w:cs="Calibri"/>
                <w:b w:val="0"/>
                <w:i w:val="0"/>
                <w:color w:val="656665"/>
                <w:sz w:val="14"/>
              </w:rPr>
              <w:t>% fondo accantonato FCDE su vecchi crediti tributari (Allegato c)</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88,7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60,5</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Globale</w:t>
            </w:r>
          </w:p>
          <w:p>
            <w:pPr>
              <w:spacing w:after="0"/>
              <w:jc w:val="left"/>
            </w:pPr>
            <w:r>
              <w:rPr>
                <w:rFonts w:ascii="Calibri" w:hAnsi="Calibri" w:eastAsia="Calibri" w:cs="Calibri"/>
                <w:b w:val="0"/>
                <w:i w:val="0"/>
                <w:color w:val="656665"/>
                <w:sz w:val="14"/>
              </w:rPr>
              <w:t>% fondo FCDE su vecchi crediti a rischio insoluto (tributi + extratributarie)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84,9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47,9</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Margine Corrente</w:t>
            </w:r>
          </w:p>
          <w:p>
            <w:pPr>
              <w:spacing w:after="0"/>
              <w:jc w:val="left"/>
            </w:pPr>
            <w:r>
              <w:rPr>
                <w:rFonts w:ascii="Calibri" w:hAnsi="Calibri" w:eastAsia="Calibri" w:cs="Calibri"/>
                <w:b w:val="0"/>
                <w:i w:val="0"/>
                <w:color w:val="656665"/>
                <w:sz w:val="14"/>
              </w:rPr>
              <w:t>% margine tra entrate correnti e spese correnti (rendiconto)</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11,1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13,1</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Capacità di Pagamento</w:t>
            </w:r>
          </w:p>
          <w:p>
            <w:pPr>
              <w:spacing w:after="0"/>
              <w:jc w:val="left"/>
            </w:pPr>
            <w:r>
              <w:rPr>
                <w:rFonts w:ascii="Calibri" w:hAnsi="Calibri" w:eastAsia="Calibri" w:cs="Calibri"/>
                <w:b w:val="0"/>
                <w:i w:val="0"/>
                <w:color w:val="656665"/>
                <w:sz w:val="14"/>
              </w:rPr>
              <w:t>% pagato (CC+CR) su impegnato per spesa corrente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88,1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80,8</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Residuo IMU/ICI/TASI non riscosso</w:t>
            </w:r>
          </w:p>
          <w:p>
            <w:pPr>
              <w:spacing w:after="0"/>
              <w:jc w:val="left"/>
            </w:pPr>
            <w:r>
              <w:rPr>
                <w:rFonts w:ascii="Calibri" w:hAnsi="Calibri" w:eastAsia="Calibri" w:cs="Calibri"/>
                <w:b w:val="0"/>
                <w:i w:val="0"/>
                <w:color w:val="656665"/>
                <w:sz w:val="14"/>
              </w:rPr>
              <w:t>% dell'esercizio non riscossa in competenza per IMU, ICI e TASI (Allegato d, cat. 06+08+76)</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25,2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Risultato Amministrazione pro-capite</w:t>
            </w:r>
          </w:p>
          <w:p>
            <w:pPr>
              <w:spacing w:after="0"/>
              <w:jc w:val="left"/>
            </w:pPr>
            <w:r>
              <w:rPr>
                <w:rFonts w:ascii="Calibri" w:hAnsi="Calibri" w:eastAsia="Calibri" w:cs="Calibri"/>
                <w:b w:val="0"/>
                <w:i w:val="0"/>
                <w:color w:val="656665"/>
                <w:sz w:val="14"/>
              </w:rPr>
              <w:t>Avanzo/Disavanzo di amministrazione per abitante (Allegato a)</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1.538,0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Disavanzo / Entrate correnti</w:t>
            </w:r>
          </w:p>
          <w:p>
            <w:pPr>
              <w:spacing w:after="0"/>
              <w:jc w:val="left"/>
            </w:pPr>
            <w:r>
              <w:rPr>
                <w:rFonts w:ascii="Calibri" w:hAnsi="Calibri" w:eastAsia="Calibri" w:cs="Calibri"/>
                <w:b w:val="0"/>
                <w:i w:val="0"/>
                <w:color w:val="656665"/>
                <w:sz w:val="14"/>
              </w:rPr>
              <w:t>Il comune non presenta disavanzo di amministrazione.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46992"/>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2746992"/>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2.361,0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2.371,0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7"/>
              </w:rPr>
              <w:t>+0,4%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656665"/>
                <w:sz w:val="16"/>
              </w:rPr>
              <w:t>Stabile</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Uscite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2.089,0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1.755,0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-16,0%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33,2</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35,7</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+7,5%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27,4</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17,2</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-37,2%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Spesa personale / Entrate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26,8</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17,0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-36,6%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Tit.1 (tributarie)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115,3</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124,0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+7,5%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Tit.3 (extratrib.)</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94,9</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69,6</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-26,7%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Pressione tributaria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354,0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358,0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7"/>
              </w:rPr>
              <w:t>+1,1%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656665"/>
                <w:sz w:val="16"/>
              </w:rPr>
              <w:t>Stabile</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3167337"/>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3167337"/>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1523600"/>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1523600"/>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tributarie (Tit.I)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1.379.008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535.789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102.746</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C4453F"/>
                <w:sz w:val="17"/>
              </w:rPr>
              <w:t>38,9%</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1.476.569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612.689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1.089.150</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C4453F"/>
                <w:sz w:val="17"/>
              </w:rPr>
              <w:t>41,5%</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1.480.412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1.124.378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711.471</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76,0%</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Trasferimenti correnti (Tit.II)</w:t>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1.912.440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1.407.414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310.141</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73,6%</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1.784.038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1.512.115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400.406</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84,8%</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2.137.744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1.816.118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415.716</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85,0%</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extratributarie (Tit.III)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126.280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109.704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3.256</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86,9%</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61.684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45.954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12.576</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74,5%</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98.375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66.271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2.229</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67,4%</w:t>
            </w:r>
          </w:p>
        </w:tc>
      </w:tr>
    </w:tbl>
    <w:p>
      <w:pPr>
        <w:spacing w:after="120" w:before="0"/>
      </w:pPr>
    </w:p>
    <w:p>
      <w:pPr>
        <w:pStyle w:val="Heading2"/>
      </w:pPr>
      <w:r>
        <w:rPr>
          <w:rFonts w:ascii="Calibri" w:hAnsi="Calibri" w:eastAsia="Calibri" w:cs="Calibri"/>
          <w:b/>
          <w:i w:val="0"/>
          <w:color w:val="1A396B"/>
          <w:sz w:val="24"/>
        </w:rPr>
        <w:t>7.1  Composizione delle entrate, anno 2025</w:t>
      </w:r>
    </w:p>
    <w:p>
      <w:pPr>
        <w:spacing w:after="40" w:before="80"/>
        <w:jc w:val="center"/>
      </w:pPr>
      <w:r>
        <w:drawing>
          <wp:inline xmlns:a="http://schemas.openxmlformats.org/drawingml/2006/main" xmlns:pic="http://schemas.openxmlformats.org/drawingml/2006/picture">
            <wp:extent cx="5040000" cy="3409799"/>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3409799"/>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2021</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1.024.304 €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17.714 €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1,73%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2022</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1.089.825 €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15.751 €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1,45%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2023</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638.536 €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16.828 €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2,64%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2024</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1.701.839 €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30.170 €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1,77%</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2025</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1.835.849 €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14.298 €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0,78%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17,2 %, contro mediana fascia 12,4.</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Contenere la spesa di personale, rinegoziare mutui, ridurre l'indebitamento.</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Incidenza Spesa Personale</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22,9 %, contro mediana fascia 11,7.</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Contenere le assunzioni, razionalizzare l'organizzazione, favorire il turnover verso profili meno costosi.</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Dipendenti per 1000 abitanti</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29,0 dip/1000ab, contro mediana fascia 4,9.</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Verificare il piano dei fabbisogni, razionalizzare la dotazione organica, favorire la digitalizzazione dei servizi.</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Roccapalumba, alla chiusura dell'esercizio 2025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Conclusione di sintesi</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Roccapalumba,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2025  ·  Comune di Roccapalumba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2026-09-26T16:49:56Z</dcterms:created>
  <dcterms:modified xsi:type="dcterms:W3CDTF">2026-09-26T16:49:56Z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