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Rognano</w:t>
      </w:r>
    </w:p>
    <w:p>
      <w:pPr>
        <w:spacing w:after="200" w:before="0"/>
      </w:pPr>
      <w:r>
        <w:rPr>
          <w:rFonts w:ascii="Calibri" w:hAnsi="Calibri" w:eastAsia="Calibri" w:cs="Calibri"/>
          <w:b w:val="0"/>
          <w:i w:val="0"/>
          <w:color w:val="656665"/>
          <w:sz w:val="21"/>
        </w:rPr>
        <w:t>Pavia  ·  Lombardia  ·  706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H491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018127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000093033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Rognano,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706</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Pavia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H491</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0,59 %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576,0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2.045,0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23,8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11,9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79,2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5681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5681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155.802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107.813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31.955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107.407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107.407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93.889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93.598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833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99,7%</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389116"/>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8911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139.768 €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2.404 €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576,0 €/ab, contro mediana fascia 2.045,0.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25,0 %, contro mediana fascia 17,9.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la spesa di personale, rinegoziare mutui, ridurre l'indebitamento.</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34,3 %, contro mediana fascia 24,8.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Spesa Personale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23,7 %, contro mediana fascia 15,7.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Contenere le assunzioni, razionalizzare l'organizzazione, favorire il turnover verso profili meno costosi.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14,9 %, contro mediana fascia 23,8.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15,0 %, contro mediana fascia 20,7.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Rognano,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Rognano,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Rognano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2026-09-26T14:28:56Z</dcterms:created>
  <dcterms:modified xsi:type="dcterms:W3CDTF">2026-09-26T14:28:56Z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