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Nocera Umbra</w:t>
      </w:r>
    </w:p>
    <w:p>
      <w:pPr>
        <w:spacing w:after="200" w:before="0"/>
      </w:pPr>
      <w:r>
        <w:rPr>
          <w:rFonts w:ascii="Calibri" w:hAnsi="Calibri" w:eastAsia="Calibri" w:cs="Calibri"/>
          <w:b w:val="0"/>
          <w:i w:val="0"/>
          <w:color w:val="656665"/>
          <w:sz w:val="21"/>
        </w:rPr>
        <w:t>Perugia  ·  Umbria  ·  5.506 abitanti</w:t>
      </w:r>
    </w:p>
    <w:p>
      <w:pPr>
        <w:spacing w:after="160" w:before="0"/>
      </w:pPr>
      <w:r>
        <w:rPr>
          <w:rFonts w:ascii="Calibri" w:hAnsi="Calibri" w:eastAsia="Calibri" w:cs="Calibri"/>
          <w:b w:val="0"/>
          <w:i w:val="0"/>
          <w:color w:val="333333"/>
          <w:sz w:val="21"/>
        </w:rPr>
        <w:t>Allegato al Rendiconto della gestione, esercizio finanziario 2021.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30/04/2022</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F911</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054034</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000080429</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2021</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2021 ai sensi degli artt. 151 e 227 del D.Lgs. 18 agosto 2000 n. 267 (TUEL) e si propone di rappresentare in modo sintetico, ma analiticamente fondato, lo stato di salute finanziaria dell'ente, Comune di Nocera Umbra,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5.506</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5.000-9.999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36</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Perugia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Umbria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F911</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Stabile</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09530"/>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2021</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74,20 %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0,38 %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97,40 %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24,60 %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2021</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1.675,0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1.105,0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1.815,0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39,4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47,4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25,2</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14,0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84,8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64,5</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88,7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72,3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44,4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26,3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34,5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22,4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11,7</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2019 → 2021</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-25,4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6,5</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30,2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69,1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63,9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66,7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56,9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14,3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105,5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77,8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36,7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913,0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1 su 5 organismi partecipati presentano risultato d'esercizio negativo (censimento MEF 2021).</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2.367,0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1.675,0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-29,2%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1.999,0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2.054,0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+2,8%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39,4</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+47,6%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14,0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+47,4%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13,6</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+47,8%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85,6</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84,8</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-0,9%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102,0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88,7</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-13,0%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464,0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480,0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+3,4%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702258"/>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702258"/>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4.333.056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2.823.110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760.355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65,2%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4.068.810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2.921.795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559.217</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71,8%</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4.281.062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3.177.821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453.884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729.006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666.283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320.950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91,4%</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1.008.502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951.848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168.705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94,4%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542.571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477.359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35.221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88,0%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559.596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394.651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59.950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70,5%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412.336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335.311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85.282</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81,3%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450.460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321.984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77.535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71,5%</w:t>
            </w:r>
          </w:p>
        </w:tc>
      </w:tr>
    </w:tbl>
    <w:p>
      <w:pPr>
        <w:spacing w:after="120" w:before="0"/>
      </w:pPr>
    </w:p>
    <w:p>
      <w:pPr>
        <w:pStyle w:val="Heading2"/>
      </w:pPr>
      <w:r>
        <w:rPr>
          <w:rFonts w:ascii="Calibri" w:hAnsi="Calibri" w:eastAsia="Calibri" w:cs="Calibri"/>
          <w:b/>
          <w:i w:val="0"/>
          <w:color w:val="1A396B"/>
          <w:sz w:val="24"/>
        </w:rPr>
        <w:t>7.1  Composizione delle entrate, anno 2021</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3.374.921 €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93.582 €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2,77%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2018</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3.490.553 €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92.476 €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2,65%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2019</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3.583.466 €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59.311 €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1,66%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2020</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3.481.012 €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40.693 €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1,17%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3.631.705 €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34.623 €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0,95%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Trend Entrate (3 anni)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-25,4 %, contro mediana fascia n.d..</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Analizzare le cause del calo delle entrate, verificare la capacità di accertamento e programmazione.</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6,5 dip/1000ab, contro mediana fascia 4,0.</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Raccolta Differenziata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30,2 %, contro mediana fascia 76,8.</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Potenziare la raccolta porta a porta, aumentare i centri di raccolta, campagne di sensibilizzazione.</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Nocera Umbra, alla chiusura dell'esercizio 2021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Nocera Umbra,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2021  ·  Comune di Nocera Umbra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2026-09-26T16:52:43Z</dcterms:created>
  <dcterms:modified xsi:type="dcterms:W3CDTF">2026-09-26T16:52:43Z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