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Lazise</w:t>
      </w:r>
    </w:p>
    <w:p>
      <w:pPr>
        <w:spacing w:after="200" w:before="0"/>
      </w:pPr>
      <w:r>
        <w:rPr>
          <w:rFonts w:ascii="Calibri" w:hAnsi="Calibri" w:eastAsia="Calibri" w:cs="Calibri"/>
          <w:b w:val="0"/>
          <w:i w:val="0"/>
          <w:color w:val="656665"/>
          <w:sz w:val="21"/>
        </w:rPr>
        <w:t>Verona  ·  Veneto  ·  6.850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E502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023043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000079822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Lazise,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6.850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Verona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Veneto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E502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3.472,0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1.383,0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42,2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84,0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6,7</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94,5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839,0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9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3.187,0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3.472,0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3.478,0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3.481,0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48,0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98,6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97,8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99,8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1.438,0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1.637,0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10.323.254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9.806.151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190.179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95,0%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10.143.597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9.601.998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456.865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94,7%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11.585.438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11.038.023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384.086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95,3%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1.154.859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644.371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564.496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55,8%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812.003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582.172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259.385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590.656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284.105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500.501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48,1%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5.473.652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5.233.837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84.727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95,6%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5.876.457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5.579.514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168.547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94,9%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6.039.769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5.952.756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77.732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98,6%</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8.387.554 €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9.385.707 €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9.996.329 €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10.058.863 €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11.422.109 €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40,3 %, contro mediana fascia 32,6.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6,7 dip/1000ab, contro mediana fascia 4,0.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21,8 %, contro mediana fascia 66,8.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25,9 %, contro mediana fascia 59,3.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8,9 %, contro mediana fascia 12,6.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Lazise,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Lazise,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Lazise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2026-09-26T20:04:29Z</dcterms:created>
  <dcterms:modified xsi:type="dcterms:W3CDTF">2026-09-26T20:04:29Z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