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Montaldo Bormida</w:t>
      </w:r>
    </w:p>
    <w:p>
      <w:pPr>
        <w:spacing w:after="200" w:before="0"/>
      </w:pPr>
      <w:r>
        <w:rPr>
          <w:rFonts w:ascii="Calibri" w:hAnsi="Calibri" w:eastAsia="Calibri" w:cs="Calibri"/>
          <w:b w:val="0"/>
          <w:i w:val="0"/>
          <w:color w:val="656665"/>
          <w:sz w:val="21"/>
        </w:rPr>
        <w:t>Alessandria  ·  Piemonte  ·  583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F404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006104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000079589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Montaldo Bormida,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583</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Alessandria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Piemonte</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F404</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1.304,0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62,5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6,9</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104,2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277,0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2 su 9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1.492,0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1.304,0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1.461,0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1.184,0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52,5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25,3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+6,8%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22,1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128,2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62,5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-51,2%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550,0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351.226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331.645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10.158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94,4%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381.912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370.332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18.600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97,0%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390.215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387.751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11.510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99,4%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186.560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19.633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26.934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10,5%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85.104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57.641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87.025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67,7%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40.988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15.228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106.046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37,2%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43.091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37.187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47.712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42.733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18.442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89,6%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45.625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61,4%</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354.351 €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28.250 €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366.115 €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27.167 €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341.803 €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26.282 €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7,69%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388.932 €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25.780 €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6,63%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399.261 €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24.420 €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1.304,0 €/ab, contro mediana fascia 3.512,0.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25,3 %, contro mediana fascia 10,6.</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Entrate Extratributarie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62,5 %, contro mediana fascia 78,7.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Intensificare il controllo sulle violazioni CdS, monitorare i permessi a costruire, migliorare la riscossione dei canoni e delle sanzioni.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24,3 %, contro mediana fascia 10,1.</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0,0 %, contro mediana fascia 54,3.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19,9 %, contro mediana fascia 41,0.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Montaldo Bormida,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Montaldo Bormida,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Montaldo Bormida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2026-09-26T16:09:29Z</dcterms:created>
  <dcterms:modified xsi:type="dcterms:W3CDTF">2026-09-26T16:09:29Z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