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Vezzano</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DATI PARZIALI</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0</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000060095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Vezzano,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DATI PARZIALI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Rapporto tra spese rigide (personale + debito) ed entrate correnti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Riscossione competenza entrate proprie / previsioni definitive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Interessi passivi / entrate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0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1008679"/>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940000" cy="100867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Vezzano,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Vezzano,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Vezzano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2026-09-26T21:12:17Z</dcterms:created>
  <dcterms:modified xsi:type="dcterms:W3CDTF">2026-09-26T21:12:17Z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