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Laterina</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000049013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Laterina,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138765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20000" cy="1387656"/>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1008679"/>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Laterina,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Laterina,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Laterina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2026-09-26T20:05:19Z</dcterms:created>
  <dcterms:modified xsi:type="dcterms:W3CDTF">2026-09-26T20:05:19Z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