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Conflenti</w:t>
      </w:r>
    </w:p>
    <w:p>
      <w:pPr>
        <w:spacing w:after="200" w:before="0"/>
      </w:pPr>
      <w:r>
        <w:rPr>
          <w:rFonts w:ascii="Calibri" w:hAnsi="Calibri" w:eastAsia="Calibri" w:cs="Calibri"/>
          <w:b w:val="0"/>
          <w:i w:val="0"/>
          <w:color w:val="656665"/>
          <w:sz w:val="21"/>
        </w:rPr>
        <w:t>Catanzaro  ·  Calabria  ·  1.318 abitanti</w:t>
      </w:r>
    </w:p>
    <w:p>
      <w:pPr>
        <w:spacing w:after="160" w:before="0"/>
      </w:pPr>
      <w:r>
        <w:rPr>
          <w:rFonts w:ascii="Calibri" w:hAnsi="Calibri" w:eastAsia="Calibri" w:cs="Calibri"/>
          <w:b w:val="0"/>
          <w:i w:val="0"/>
          <w:color w:val="333333"/>
          <w:sz w:val="21"/>
        </w:rPr>
        <w:t>Allegato al Rendiconto della gestione, esercizio finanziario 2019.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30/04/2020</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C960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079033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000044706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2019 ai sensi degli artt. 151 e 227 del D.Lgs. 18 agosto 2000 n. 267 (TUEL) e si propone di rappresentare in modo sintetico, ma analiticamente fondato, lo stato di salute finanziaria dell'ente, Comune di Conflenti,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1.318</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Catanzaro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Calabria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C960</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1989.</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2019</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35,30 %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704623"/>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70462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2019</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1.220,0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69,3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29,0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2017 → 2019</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6,1</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84,5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64,5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39,1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34,8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652,0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1.866,0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1.220,0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1.503,0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1.190,0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-20,8%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40,8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+39,2%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102,8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95,6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-7,0%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56,3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104,4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+85,4%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211,0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9106"/>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910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237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237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722.098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607.777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107.122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699.918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638.452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81.300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686.825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629.096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27.376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612.674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319.839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225.742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52,2%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454.043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276.586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292.968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60,9%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173.676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86.703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178.339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49,9%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160.198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75.748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88.460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47,3%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210.528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81.824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36.636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38,9%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192.926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91.684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109.822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47,5%</w:t>
            </w:r>
          </w:p>
        </w:tc>
      </w:tr>
    </w:tbl>
    <w:p>
      <w:pPr>
        <w:spacing w:after="120" w:before="0"/>
      </w:pPr>
    </w:p>
    <w:p>
      <w:pPr>
        <w:pStyle w:val="Heading2"/>
      </w:pPr>
      <w:r>
        <w:rPr>
          <w:rFonts w:ascii="Calibri" w:hAnsi="Calibri" w:eastAsia="Calibri" w:cs="Calibri"/>
          <w:b/>
          <w:i w:val="0"/>
          <w:color w:val="1A396B"/>
          <w:sz w:val="24"/>
        </w:rPr>
        <w:t>7.1  Composizione delle entrate, anno 2019</w:t>
      </w:r>
    </w:p>
    <w:p>
      <w:pPr>
        <w:spacing w:after="40" w:before="80"/>
        <w:jc w:val="center"/>
      </w:pPr>
      <w:r>
        <w:drawing>
          <wp:inline xmlns:a="http://schemas.openxmlformats.org/drawingml/2006/main" xmlns:pic="http://schemas.openxmlformats.org/drawingml/2006/picture">
            <wp:extent cx="5040000" cy="3461097"/>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6109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714.899 €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34.364 €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719.752 €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31.743 €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656.471 €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31.217 €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45,6 %, contro mediana fascia 29,0.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6,1 dip/1000ab, contro mediana fascia 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Conflenti, alla chiusura dell'esercizio 2019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Conflenti,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2019  ·  Comune di Conflenti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2026-09-26T18:39:25Z</dcterms:created>
  <dcterms:modified xsi:type="dcterms:W3CDTF">2026-09-26T18:39:25Z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