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Castell'Arquato</w:t>
      </w:r>
    </w:p>
    <w:p>
      <w:pPr>
        <w:spacing w:after="200" w:before="0"/>
      </w:pPr>
      <w:r>
        <w:rPr>
          <w:rFonts w:ascii="Calibri" w:hAnsi="Calibri" w:eastAsia="Calibri" w:cs="Calibri"/>
          <w:b w:val="0"/>
          <w:i w:val="0"/>
          <w:color w:val="656665"/>
          <w:sz w:val="21"/>
        </w:rPr>
        <w:t>Piacenza  ·  Emilia-Romagna  ·  4.693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C145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033012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000043018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Castell'Arquato,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4.693</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19</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Piacenza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Emilia-Romagna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C145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83,00 %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83,60 %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1.153,0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38,4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4,0</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533,0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1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1.234,0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1.153,0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1.264,0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55,3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88,7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74,6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632,0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3.185.101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2.510.256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184.356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78,8%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3.364.342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2.868.620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469.275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85,3%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3.374.282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2.801.454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191.936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507.279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283.334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55.631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55,9%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436.239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235.577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73.608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54,0%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702.954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245.663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88.907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34,9%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611.054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421.187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160.980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68,9%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869.453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596.795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47.513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68,6%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667.728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410.727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87.571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61,5%</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253777"/>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25377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3.010.207 €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184.710 €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2.816.147 €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178.335 €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2.694.612 €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171.758 €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3.337.895 €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168.830 €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2.993.390 €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164.830 €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1.153,0 €/ab, contro mediana fascia 1.563,0.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15,6 %, contro mediana fascia 12,9.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45,1 %, contro mediana fascia 30,2.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Castell'Arquato,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Castell'Arquato,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Castell'Arquato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2026-09-26T16:10:10Z</dcterms:created>
  <dcterms:modified xsi:type="dcterms:W3CDTF">2026-09-26T16:10:10Z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