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Sant'Agata di Puglia</w:t>
      </w:r>
    </w:p>
    <w:p>
      <w:pPr>
        <w:spacing w:after="200" w:before="0"/>
      </w:pPr>
      <w:r>
        <w:rPr>
          <w:rFonts w:ascii="Calibri" w:hAnsi="Calibri" w:eastAsia="Calibri" w:cs="Calibri"/>
          <w:b w:val="0"/>
          <w:i w:val="0"/>
          <w:color w:val="656665"/>
          <w:sz w:val="21"/>
        </w:rPr>
        <w:t>Foggia  ·  Puglia  ·  1.769 abitanti</w:t>
      </w:r>
    </w:p>
    <w:p>
      <w:pPr>
        <w:spacing w:after="160" w:before="0"/>
      </w:pPr>
      <w:r>
        <w:rPr>
          <w:rFonts w:ascii="Calibri" w:hAnsi="Calibri" w:eastAsia="Calibri" w:cs="Calibri"/>
          <w:b w:val="0"/>
          <w:i w:val="0"/>
          <w:color w:val="333333"/>
          <w:sz w:val="21"/>
        </w:rPr>
        <w:t>Allegato al Rendiconto della gestione, esercizio finanziario 2019.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30/04/2020</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I193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071052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000037508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2019 ai sensi degli artt. 151 e 227 del D.Lgs. 18 agosto 2000 n. 267 (TUEL) e si propone di rappresentare in modo sintetico, ma analiticamente fondato, lo stato di salute finanziaria dell'ente, Comune di Sant'Agata di Puglia,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1.769</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13</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Foggia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Puglia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I193</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2019</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98,40 %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4,11 %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120,90 %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3704623"/>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3704623"/>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2019</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4.437,0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69,3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27,0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29,0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2017 → 2019</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36,5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7,3</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43,4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39,1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29,6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98,7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1.530,0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5.926,0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4.437,0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4.228,0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4.726,0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45,7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11,6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+19,6%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110,2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99,2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106,8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77,5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1.231,0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955,0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-22,4%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2378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2378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3.705.042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3.203.234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455.134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86,5%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3.726.923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3.661.635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446.452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98,2%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3.611.795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3.554.120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30.576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98,4%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113.473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112.998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99,6%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121.254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121.254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99.929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69.929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997.841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552.206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478.745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55,3%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973.709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450.359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589.261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46,3%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1.739.249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997.993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350.625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57,4%</w:t>
            </w:r>
          </w:p>
        </w:tc>
      </w:tr>
    </w:tbl>
    <w:p>
      <w:pPr>
        <w:spacing w:after="120" w:before="0"/>
      </w:pPr>
    </w:p>
    <w:p>
      <w:pPr>
        <w:pStyle w:val="Heading2"/>
      </w:pPr>
      <w:r>
        <w:rPr>
          <w:rFonts w:ascii="Calibri" w:hAnsi="Calibri" w:eastAsia="Calibri" w:cs="Calibri"/>
          <w:b/>
          <w:i w:val="0"/>
          <w:color w:val="1A396B"/>
          <w:sz w:val="24"/>
        </w:rPr>
        <w:t>7.1  Composizione delle entrate, anno 2019</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3.658.367 €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351.509 €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9,61%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4.108.087 €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345.552 €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8,41%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3.584.695 €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322.772 €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9,00%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7,3 dip/1000ab, contro mediana fascia 4,9.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0,0 %, contro mediana fascia 49,5.</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15,0 %, contro mediana fascia 39,1.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Sant'Agata di Puglia, alla chiusura dell'esercizio 2019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Sant'Agata di Puglia,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2019  ·  Comune di Sant'Agata di Puglia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2026-09-26T18:36:23Z</dcterms:created>
  <dcterms:modified xsi:type="dcterms:W3CDTF">2026-09-26T18:36:23Z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